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116606">
        <w:trPr>
          <w:jc w:val="center"/>
        </w:trPr>
        <w:tc>
          <w:tcPr>
            <w:tcW w:w="9936" w:type="dxa"/>
            <w:tcBorders>
              <w:bottom w:val="single" w:sz="18" w:space="0" w:color="EE5E1C"/>
            </w:tcBorders>
            <w:shd w:val="clear" w:color="auto" w:fill="1A3A4A"/>
            <w:tcMar>
              <w:top w:w="240" w:type="dxa"/>
              <w:left w:w="300" w:type="dxa"/>
              <w:bottom w:w="240" w:type="dxa"/>
              <w:right w:w="300" w:type="dxa"/>
            </w:tcMar>
          </w:tcPr>
          <w:p w:rsidR="00116606" w:rsidRDefault="00EF129B" w:rsidP="00EF129B">
            <w:pPr>
              <w:jc w:val="center"/>
            </w:pPr>
            <w:r>
              <w:rPr>
                <w:rFonts w:ascii="Arial" w:hAnsi="Arial"/>
                <w:b/>
                <w:noProof/>
                <w:color w:val="FFFFFF"/>
                <w:sz w:val="36"/>
              </w:rPr>
              <w:drawing>
                <wp:inline distT="0" distB="0" distL="0" distR="0">
                  <wp:extent cx="790575" cy="320256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onnectingwithumanity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958" cy="327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F00B6">
              <w:rPr>
                <w:rFonts w:ascii="Arial" w:hAnsi="Arial"/>
                <w:b/>
                <w:color w:val="FFFFFF"/>
                <w:sz w:val="36"/>
              </w:rPr>
              <w:t>DONATION FORM</w:t>
            </w:r>
          </w:p>
          <w:p w:rsidR="00116606" w:rsidRDefault="000F00B6">
            <w:pPr>
              <w:jc w:val="center"/>
            </w:pPr>
            <w:r>
              <w:rPr>
                <w:rFonts w:ascii="Arial" w:hAnsi="Arial"/>
                <w:color w:val="EE5E1C"/>
                <w:sz w:val="20"/>
              </w:rPr>
              <w:t>Thank you for your generous support and contribution</w:t>
            </w:r>
          </w:p>
        </w:tc>
      </w:tr>
    </w:tbl>
    <w:p w:rsidR="00116606" w:rsidRDefault="00116606">
      <w:pPr>
        <w:spacing w:after="80"/>
      </w:pPr>
    </w:p>
    <w:p w:rsidR="00116606" w:rsidRDefault="000F00B6">
      <w:pPr>
        <w:spacing w:before="200" w:after="80"/>
      </w:pPr>
      <w:r>
        <w:rPr>
          <w:rFonts w:ascii="Arial" w:hAnsi="Arial"/>
          <w:b/>
          <w:color w:val="EE5E1C"/>
        </w:rPr>
        <w:t>1. DONOR INFORMATION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116606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6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First Name: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6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Last Name:</w:t>
            </w:r>
          </w:p>
        </w:tc>
      </w:tr>
      <w:tr w:rsidR="00116606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6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Email Address: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6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Phone Number:</w:t>
            </w:r>
          </w:p>
        </w:tc>
      </w:tr>
      <w:tr w:rsidR="00116606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6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Organization / Company (Optional):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6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Preferred Contact Method:</w:t>
            </w:r>
          </w:p>
        </w:tc>
      </w:tr>
    </w:tbl>
    <w:p w:rsidR="00116606" w:rsidRDefault="000F00B6">
      <w:pPr>
        <w:spacing w:before="200" w:after="80"/>
      </w:pPr>
      <w:r>
        <w:rPr>
          <w:rFonts w:ascii="Arial" w:hAnsi="Arial"/>
          <w:b/>
          <w:color w:val="EE5E1C"/>
        </w:rPr>
        <w:t>2. CONTRIBUTION DETAILS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116606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50" w:type="dxa"/>
              <w:bottom w:w="14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Donation Amount / Value: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4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Frequency:</w:t>
            </w:r>
            <w:r>
              <w:rPr>
                <w:rFonts w:ascii="Arial" w:hAnsi="Arial"/>
                <w:b/>
                <w:color w:val="1A3A4A"/>
                <w:sz w:val="19"/>
              </w:rPr>
              <w:br/>
            </w:r>
            <w:r>
              <w:rPr>
                <w:rFonts w:ascii="Arial" w:hAnsi="Arial"/>
                <w:color w:val="1A3A4A"/>
                <w:sz w:val="18"/>
              </w:rPr>
              <w:t>☐</w:t>
            </w:r>
            <w:r>
              <w:rPr>
                <w:rFonts w:ascii="Arial" w:hAnsi="Arial"/>
                <w:color w:val="1A3A4A"/>
                <w:sz w:val="18"/>
              </w:rPr>
              <w:t xml:space="preserve">  One-Time    ☐  Monthly    ☐  Annual</w:t>
            </w:r>
          </w:p>
        </w:tc>
      </w:tr>
    </w:tbl>
    <w:p w:rsidR="00116606" w:rsidRDefault="000F00B6">
      <w:pPr>
        <w:spacing w:before="200" w:after="80"/>
      </w:pPr>
      <w:r>
        <w:rPr>
          <w:rFonts w:ascii="Arial" w:hAnsi="Arial"/>
          <w:b/>
          <w:color w:val="EE5E1C"/>
        </w:rPr>
        <w:t>3. PAYMENT METHOD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116606">
        <w:trPr>
          <w:jc w:val="center"/>
        </w:trPr>
        <w:tc>
          <w:tcPr>
            <w:tcW w:w="9936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EE5E1C"/>
                <w:sz w:val="19"/>
              </w:rPr>
              <w:t>☐</w:t>
            </w:r>
            <w:r>
              <w:rPr>
                <w:rFonts w:ascii="Arial" w:hAnsi="Arial"/>
                <w:b/>
                <w:color w:val="EE5E1C"/>
                <w:sz w:val="19"/>
              </w:rPr>
              <w:t xml:space="preserve">  Credit / Debit Card (Stripe)</w:t>
            </w:r>
            <w:r>
              <w:rPr>
                <w:rFonts w:ascii="Arial" w:hAnsi="Arial"/>
                <w:b/>
                <w:color w:val="EE5E1C"/>
                <w:sz w:val="19"/>
              </w:rPr>
              <w:br/>
            </w:r>
            <w:r>
              <w:rPr>
                <w:rFonts w:ascii="Arial" w:hAnsi="Arial"/>
                <w:color w:val="1A3A4A"/>
                <w:sz w:val="17"/>
              </w:rPr>
              <w:t>Secure &amp; Easy. Use your Visa, MasterCard, or American Express card to donate conveniently online.</w:t>
            </w:r>
          </w:p>
        </w:tc>
      </w:tr>
      <w:tr w:rsidR="00116606">
        <w:trPr>
          <w:jc w:val="center"/>
        </w:trPr>
        <w:tc>
          <w:tcPr>
            <w:tcW w:w="9936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EF129B" w:rsidRPr="00EF129B" w:rsidRDefault="000F00B6" w:rsidP="00EF129B">
            <w:pPr>
              <w:rPr>
                <w:rFonts w:ascii="Arial" w:hAnsi="Arial"/>
                <w:color w:val="1A3A4A"/>
                <w:sz w:val="17"/>
              </w:rPr>
            </w:pPr>
            <w:r>
              <w:rPr>
                <w:rFonts w:ascii="Segoe UI Symbol" w:hAnsi="Segoe UI Symbol" w:cs="Segoe UI Symbol"/>
                <w:b/>
                <w:color w:val="EE5E1C"/>
                <w:sz w:val="19"/>
              </w:rPr>
              <w:t>☐</w:t>
            </w:r>
            <w:r>
              <w:rPr>
                <w:rFonts w:ascii="Arial" w:hAnsi="Arial"/>
                <w:b/>
                <w:color w:val="EE5E1C"/>
                <w:sz w:val="19"/>
              </w:rPr>
              <w:t xml:space="preserve">  Email Transfer (Interac e-Transfer)</w:t>
            </w:r>
            <w:r>
              <w:rPr>
                <w:rFonts w:ascii="Arial" w:hAnsi="Arial"/>
                <w:b/>
                <w:color w:val="EE5E1C"/>
                <w:sz w:val="19"/>
              </w:rPr>
              <w:br/>
            </w:r>
            <w:r w:rsidR="00EF129B">
              <w:rPr>
                <w:rFonts w:ascii="Arial" w:hAnsi="Arial"/>
                <w:color w:val="1A3A4A"/>
                <w:sz w:val="17"/>
              </w:rPr>
              <w:t>Send e-Transfers to:</w:t>
            </w:r>
            <w:r w:rsidR="00EF129B">
              <w:t xml:space="preserve"> </w:t>
            </w:r>
            <w:r w:rsidR="00EF129B" w:rsidRPr="00EF129B">
              <w:rPr>
                <w:rFonts w:ascii="Arial" w:hAnsi="Arial"/>
                <w:color w:val="1A3A4A"/>
                <w:sz w:val="17"/>
              </w:rPr>
              <w:t>kwhinitiative@gmail.com</w:t>
            </w:r>
            <w:r w:rsidR="00EF129B">
              <w:rPr>
                <w:rFonts w:ascii="Arial" w:hAnsi="Arial"/>
                <w:color w:val="1A3A4A"/>
                <w:sz w:val="17"/>
              </w:rPr>
              <w:t xml:space="preserve"> </w:t>
            </w:r>
            <w:r w:rsidR="00EF129B" w:rsidRPr="00EF129B">
              <w:rPr>
                <w:rFonts w:ascii="Arial" w:hAnsi="Arial"/>
                <w:color w:val="1A3A4A"/>
                <w:sz w:val="17"/>
              </w:rPr>
              <w:t>(Include your name in the transfer notes)</w:t>
            </w:r>
          </w:p>
        </w:tc>
      </w:tr>
      <w:tr w:rsidR="00116606">
        <w:trPr>
          <w:jc w:val="center"/>
        </w:trPr>
        <w:tc>
          <w:tcPr>
            <w:tcW w:w="9936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EE5E1C"/>
                <w:sz w:val="19"/>
              </w:rPr>
              <w:t>☐</w:t>
            </w:r>
            <w:r>
              <w:rPr>
                <w:rFonts w:ascii="Arial" w:hAnsi="Arial"/>
                <w:b/>
                <w:color w:val="EE5E1C"/>
                <w:sz w:val="19"/>
              </w:rPr>
              <w:t xml:space="preserve">  Check / Cash / In-Kind Goods</w:t>
            </w:r>
            <w:r>
              <w:rPr>
                <w:rFonts w:ascii="Arial" w:hAnsi="Arial"/>
                <w:b/>
                <w:color w:val="EE5E1C"/>
                <w:sz w:val="19"/>
              </w:rPr>
              <w:br/>
            </w:r>
            <w:r>
              <w:rPr>
                <w:rFonts w:ascii="Arial" w:hAnsi="Arial"/>
                <w:color w:val="1A3A4A"/>
                <w:sz w:val="17"/>
              </w:rPr>
              <w:t>Enclosed or delivered in person. Please specify details in Section 4 below.</w:t>
            </w:r>
          </w:p>
        </w:tc>
      </w:tr>
    </w:tbl>
    <w:p w:rsidR="00116606" w:rsidRDefault="000F00B6">
      <w:pPr>
        <w:spacing w:before="200" w:after="80"/>
      </w:pPr>
      <w:r>
        <w:rPr>
          <w:rFonts w:ascii="Arial" w:hAnsi="Arial"/>
          <w:b/>
          <w:color w:val="EE5E1C"/>
        </w:rPr>
        <w:t>4. ADDITIONAL DETAILS / ITEM DESCRIPTION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116606">
        <w:trPr>
          <w:jc w:val="center"/>
        </w:trPr>
        <w:tc>
          <w:tcPr>
            <w:tcW w:w="9936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00" w:type="dxa"/>
              <w:left w:w="150" w:type="dxa"/>
              <w:bottom w:w="220" w:type="dxa"/>
              <w:right w:w="15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Notes</w:t>
            </w:r>
            <w:r>
              <w:rPr>
                <w:rFonts w:ascii="Arial" w:hAnsi="Arial"/>
                <w:b/>
                <w:color w:val="1A3A4A"/>
                <w:sz w:val="19"/>
              </w:rPr>
              <w:t>, Specific Designation, or Description of In-Kind Items:</w:t>
            </w:r>
            <w:r>
              <w:rPr>
                <w:rFonts w:ascii="Arial" w:hAnsi="Arial"/>
                <w:b/>
                <w:color w:val="1A3A4A"/>
                <w:sz w:val="19"/>
              </w:rPr>
              <w:br/>
            </w:r>
          </w:p>
        </w:tc>
      </w:tr>
    </w:tbl>
    <w:p w:rsidR="00116606" w:rsidRDefault="000F00B6">
      <w:pPr>
        <w:spacing w:before="200" w:after="80"/>
      </w:pPr>
      <w:r>
        <w:rPr>
          <w:rFonts w:ascii="Arial" w:hAnsi="Arial"/>
          <w:b/>
          <w:color w:val="EE5E1C"/>
        </w:rPr>
        <w:t>5. ACKNOWLEDGMENT &amp; SIGNATURE</w:t>
      </w:r>
    </w:p>
    <w:p w:rsidR="00116606" w:rsidRDefault="000F00B6">
      <w:pPr>
        <w:spacing w:before="80"/>
      </w:pPr>
      <w:r>
        <w:rPr>
          <w:rFonts w:ascii="Arial" w:hAnsi="Arial"/>
          <w:i/>
          <w:color w:val="1A3A4A"/>
          <w:sz w:val="17"/>
        </w:rPr>
        <w:t>I confirm that this contribution is provided freely for organizational support.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480"/>
        <w:gridCol w:w="3456"/>
      </w:tblGrid>
      <w:tr w:rsidR="00116606">
        <w:trPr>
          <w:jc w:val="center"/>
        </w:trPr>
        <w:tc>
          <w:tcPr>
            <w:tcW w:w="6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lastRenderedPageBreak/>
              <w:t>Donor Signature: ___________________________</w:t>
            </w:r>
          </w:p>
        </w:tc>
        <w:tc>
          <w:tcPr>
            <w:tcW w:w="3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116606" w:rsidRDefault="000F00B6">
            <w:r>
              <w:rPr>
                <w:rFonts w:ascii="Arial" w:hAnsi="Arial"/>
                <w:b/>
                <w:color w:val="1A3A4A"/>
                <w:sz w:val="19"/>
              </w:rPr>
              <w:t>Date: ____</w:t>
            </w:r>
            <w:bookmarkStart w:id="0" w:name="_GoBack"/>
            <w:bookmarkEnd w:id="0"/>
            <w:r>
              <w:rPr>
                <w:rFonts w:ascii="Arial" w:hAnsi="Arial"/>
                <w:b/>
                <w:color w:val="1A3A4A"/>
                <w:sz w:val="19"/>
              </w:rPr>
              <w:t>________</w:t>
            </w:r>
          </w:p>
        </w:tc>
      </w:tr>
    </w:tbl>
    <w:p w:rsidR="000F00B6" w:rsidRDefault="000F00B6"/>
    <w:sectPr w:rsidR="000F00B6" w:rsidSect="00034616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B6" w:rsidRDefault="000F00B6" w:rsidP="00EF129B">
      <w:pPr>
        <w:spacing w:after="0" w:line="240" w:lineRule="auto"/>
      </w:pPr>
      <w:r>
        <w:separator/>
      </w:r>
    </w:p>
  </w:endnote>
  <w:endnote w:type="continuationSeparator" w:id="0">
    <w:p w:rsidR="000F00B6" w:rsidRDefault="000F00B6" w:rsidP="00EF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B6" w:rsidRDefault="000F00B6" w:rsidP="00EF129B">
      <w:pPr>
        <w:spacing w:after="0" w:line="240" w:lineRule="auto"/>
      </w:pPr>
      <w:r>
        <w:separator/>
      </w:r>
    </w:p>
  </w:footnote>
  <w:footnote w:type="continuationSeparator" w:id="0">
    <w:p w:rsidR="000F00B6" w:rsidRDefault="000F00B6" w:rsidP="00EF1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9B" w:rsidRDefault="00EF129B" w:rsidP="00EF129B">
    <w:pPr>
      <w:pStyle w:val="Header"/>
      <w:jc w:val="center"/>
    </w:pPr>
    <w:r>
      <w:rPr>
        <w:noProof/>
      </w:rPr>
      <w:drawing>
        <wp:inline distT="0" distB="0" distL="0" distR="0">
          <wp:extent cx="3829050" cy="90233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nnectingwithumani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3702" cy="919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00B6"/>
    <w:rsid w:val="00116606"/>
    <w:rsid w:val="0015074B"/>
    <w:rsid w:val="0029639D"/>
    <w:rsid w:val="00326F90"/>
    <w:rsid w:val="00AA1D8D"/>
    <w:rsid w:val="00B47730"/>
    <w:rsid w:val="00CB0664"/>
    <w:rsid w:val="00EF12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9CCEEB25-FD9C-410D-9BB2-19AF1C39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F1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504FD0-ECD4-404B-B2EF-675D3DF7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MY PC</cp:lastModifiedBy>
  <cp:revision>2</cp:revision>
  <dcterms:created xsi:type="dcterms:W3CDTF">2026-08-27T21:17:00Z</dcterms:created>
  <dcterms:modified xsi:type="dcterms:W3CDTF">2026-08-27T21:17:00Z</dcterms:modified>
  <cp:category/>
</cp:coreProperties>
</file>