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381" w:tblpY="3436"/>
        <w:tblW w:w="0" w:type="auto"/>
        <w:tblLook w:val="04A0" w:firstRow="1" w:lastRow="0" w:firstColumn="1" w:lastColumn="0" w:noHBand="0" w:noVBand="1"/>
      </w:tblPr>
      <w:tblGrid>
        <w:gridCol w:w="9936"/>
      </w:tblGrid>
      <w:tr w:rsidR="00A2255E" w:rsidTr="00A2255E">
        <w:tc>
          <w:tcPr>
            <w:tcW w:w="9936" w:type="dxa"/>
            <w:tcBorders>
              <w:bottom w:val="single" w:sz="18" w:space="0" w:color="EE5E1C"/>
            </w:tcBorders>
            <w:shd w:val="clear" w:color="auto" w:fill="1A3A4A"/>
            <w:tcMar>
              <w:top w:w="240" w:type="dxa"/>
              <w:left w:w="300" w:type="dxa"/>
              <w:bottom w:w="240" w:type="dxa"/>
              <w:right w:w="300" w:type="dxa"/>
            </w:tcMar>
          </w:tcPr>
          <w:p w:rsidR="00A2255E" w:rsidRDefault="00A2255E" w:rsidP="00A2255E">
            <w:pPr>
              <w:jc w:val="center"/>
            </w:pPr>
            <w:r>
              <w:rPr>
                <w:rFonts w:ascii="Arial" w:hAnsi="Arial"/>
                <w:b/>
                <w:noProof/>
                <w:color w:val="FFFFFF"/>
                <w:sz w:val="36"/>
              </w:rPr>
              <w:drawing>
                <wp:inline distT="0" distB="0" distL="0" distR="0" wp14:anchorId="05C64A81" wp14:editId="2324EDCA">
                  <wp:extent cx="1081606" cy="43815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onnectingwithumanity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33" cy="45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color w:val="FFFFFF"/>
                <w:sz w:val="36"/>
              </w:rPr>
              <w:t>VOLUNTEER REGISTRATION FORM</w:t>
            </w:r>
          </w:p>
          <w:p w:rsidR="00A2255E" w:rsidRDefault="00A2255E" w:rsidP="00A2255E">
            <w:pPr>
              <w:jc w:val="center"/>
            </w:pPr>
            <w:r>
              <w:rPr>
                <w:rFonts w:ascii="Arial" w:hAnsi="Arial"/>
                <w:color w:val="EE5E1C"/>
                <w:sz w:val="20"/>
              </w:rPr>
              <w:t>Please complete the form below to register as a volunteer</w:t>
            </w:r>
          </w:p>
        </w:tc>
      </w:tr>
    </w:tbl>
    <w:p w:rsidR="00695F38" w:rsidRDefault="00695F38">
      <w:pPr>
        <w:spacing w:after="120"/>
      </w:pPr>
    </w:p>
    <w:p w:rsidR="00A2255E" w:rsidRDefault="00A2255E">
      <w:pPr>
        <w:spacing w:before="240" w:after="80"/>
        <w:rPr>
          <w:rFonts w:ascii="Arial" w:hAnsi="Arial"/>
          <w:b/>
          <w:color w:val="EE5E1C"/>
        </w:rPr>
      </w:pPr>
    </w:p>
    <w:p w:rsidR="00695F38" w:rsidRDefault="00B36E90">
      <w:pPr>
        <w:spacing w:before="240" w:after="80"/>
      </w:pPr>
      <w:r>
        <w:rPr>
          <w:rFonts w:ascii="Arial" w:hAnsi="Arial"/>
          <w:b/>
          <w:color w:val="EE5E1C"/>
        </w:rPr>
        <w:t>1. PERSONAL INFORMATION</w:t>
      </w: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695F38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pPr>
              <w:spacing w:after="240"/>
            </w:pPr>
            <w:r>
              <w:rPr>
                <w:rFonts w:ascii="Arial" w:hAnsi="Arial"/>
                <w:b/>
                <w:color w:val="1A3A4A"/>
                <w:sz w:val="19"/>
              </w:rPr>
              <w:t>First Name: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pPr>
              <w:spacing w:after="240"/>
            </w:pPr>
            <w:r>
              <w:rPr>
                <w:rFonts w:ascii="Arial" w:hAnsi="Arial"/>
                <w:b/>
                <w:color w:val="1A3A4A"/>
                <w:sz w:val="19"/>
              </w:rPr>
              <w:t>Last Name:</w:t>
            </w:r>
          </w:p>
        </w:tc>
      </w:tr>
      <w:tr w:rsidR="00695F38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pPr>
              <w:spacing w:after="240"/>
            </w:pPr>
            <w:r>
              <w:rPr>
                <w:rFonts w:ascii="Arial" w:hAnsi="Arial"/>
                <w:b/>
                <w:color w:val="1A3A4A"/>
                <w:sz w:val="19"/>
              </w:rPr>
              <w:t>Email Address: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pPr>
              <w:spacing w:after="240"/>
            </w:pPr>
            <w:r>
              <w:rPr>
                <w:rFonts w:ascii="Arial" w:hAnsi="Arial"/>
                <w:b/>
                <w:color w:val="1A3A4A"/>
                <w:sz w:val="19"/>
              </w:rPr>
              <w:t>Phone Number:</w:t>
            </w:r>
          </w:p>
        </w:tc>
      </w:tr>
      <w:tr w:rsidR="00695F38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pPr>
              <w:spacing w:after="240"/>
            </w:pPr>
            <w:r>
              <w:rPr>
                <w:rFonts w:ascii="Arial" w:hAnsi="Arial"/>
                <w:b/>
                <w:color w:val="1A3A4A"/>
                <w:sz w:val="19"/>
              </w:rPr>
              <w:t>Preferred Role / Area of Interest: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pPr>
              <w:spacing w:after="240"/>
            </w:pPr>
            <w:r>
              <w:rPr>
                <w:rFonts w:ascii="Arial" w:hAnsi="Arial"/>
                <w:b/>
                <w:color w:val="1A3A4A"/>
                <w:sz w:val="19"/>
              </w:rPr>
              <w:t>Hours Possible (per week):</w:t>
            </w:r>
          </w:p>
        </w:tc>
      </w:tr>
    </w:tbl>
    <w:p w:rsidR="00695F38" w:rsidRDefault="00B36E90">
      <w:pPr>
        <w:spacing w:before="240" w:after="80"/>
      </w:pPr>
      <w:r>
        <w:rPr>
          <w:rFonts w:ascii="Arial" w:hAnsi="Arial"/>
          <w:b/>
          <w:color w:val="EE5E1C"/>
        </w:rPr>
        <w:t xml:space="preserve">2. AVAILABILITY &amp; TIME </w:t>
      </w:r>
      <w:r>
        <w:rPr>
          <w:rFonts w:ascii="Arial" w:hAnsi="Arial"/>
          <w:b/>
          <w:color w:val="EE5E1C"/>
        </w:rPr>
        <w:t>COMMITMENT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477"/>
        <w:gridCol w:w="2477"/>
        <w:gridCol w:w="2477"/>
      </w:tblGrid>
      <w:tr w:rsidR="00695F38">
        <w:trPr>
          <w:jc w:val="center"/>
        </w:trPr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Monday</w:t>
            </w:r>
          </w:p>
        </w:tc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Tuesday</w:t>
            </w:r>
          </w:p>
        </w:tc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Wednesday</w:t>
            </w:r>
          </w:p>
        </w:tc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Thursday</w:t>
            </w:r>
          </w:p>
        </w:tc>
      </w:tr>
      <w:tr w:rsidR="00695F38">
        <w:trPr>
          <w:jc w:val="center"/>
        </w:trPr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Friday</w:t>
            </w:r>
          </w:p>
        </w:tc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Saturday</w:t>
            </w:r>
          </w:p>
        </w:tc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Sunday</w:t>
            </w:r>
          </w:p>
        </w:tc>
        <w:tc>
          <w:tcPr>
            <w:tcW w:w="2477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color w:val="1A3A4A"/>
                <w:sz w:val="19"/>
              </w:rPr>
              <w:t>☐</w:t>
            </w:r>
            <w:r>
              <w:rPr>
                <w:rFonts w:ascii="Arial" w:hAnsi="Arial"/>
                <w:color w:val="1A3A4A"/>
                <w:sz w:val="19"/>
              </w:rPr>
              <w:t xml:space="preserve">  Flexible / On-Call</w:t>
            </w:r>
          </w:p>
        </w:tc>
      </w:tr>
    </w:tbl>
    <w:p w:rsidR="00695F38" w:rsidRDefault="00A2255E">
      <w:pPr>
        <w:spacing w:before="240" w:after="80"/>
      </w:pPr>
      <w:r>
        <w:rPr>
          <w:rFonts w:ascii="Arial" w:hAnsi="Arial"/>
          <w:b/>
          <w:color w:val="EE5E1C"/>
        </w:rPr>
        <w:t>3</w:t>
      </w:r>
      <w:r w:rsidR="00B36E90">
        <w:rPr>
          <w:rFonts w:ascii="Arial" w:hAnsi="Arial"/>
          <w:b/>
          <w:color w:val="EE5E1C"/>
        </w:rPr>
        <w:t>. EMERGENCY CONTACT &amp; SIGNATURE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695F38">
        <w:trPr>
          <w:jc w:val="center"/>
        </w:trPr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r>
              <w:rPr>
                <w:rFonts w:ascii="Arial" w:hAnsi="Arial"/>
                <w:b/>
                <w:color w:val="1A3A4A"/>
                <w:sz w:val="19"/>
              </w:rPr>
              <w:t>Emergency Contact Name &amp; Relationship:</w:t>
            </w:r>
          </w:p>
        </w:tc>
        <w:tc>
          <w:tcPr>
            <w:tcW w:w="4968" w:type="dxa"/>
            <w:tcBorders>
              <w:top w:val="single" w:sz="4" w:space="0" w:color="D1DCDD"/>
              <w:left w:val="single" w:sz="4" w:space="0" w:color="D1DCDD"/>
              <w:bottom w:val="single" w:sz="4" w:space="0" w:color="D1DCDD"/>
              <w:right w:val="single" w:sz="4" w:space="0" w:color="D1DCDD"/>
            </w:tcBorders>
            <w:shd w:val="clear" w:color="auto" w:fill="F7F9FA"/>
            <w:tcMar>
              <w:top w:w="120" w:type="dxa"/>
              <w:left w:w="150" w:type="dxa"/>
              <w:bottom w:w="180" w:type="dxa"/>
              <w:right w:w="150" w:type="dxa"/>
            </w:tcMar>
          </w:tcPr>
          <w:p w:rsidR="00695F38" w:rsidRDefault="00B36E90">
            <w:r>
              <w:rPr>
                <w:rFonts w:ascii="Arial" w:hAnsi="Arial"/>
                <w:b/>
                <w:color w:val="1A3A4A"/>
                <w:sz w:val="19"/>
              </w:rPr>
              <w:t>Emergency Contact Phone Number:</w:t>
            </w:r>
          </w:p>
        </w:tc>
      </w:tr>
    </w:tbl>
    <w:p w:rsidR="00695F38" w:rsidRDefault="00B36E90">
      <w:pPr>
        <w:spacing w:before="200" w:after="280"/>
      </w:pPr>
      <w:r>
        <w:rPr>
          <w:rFonts w:ascii="Arial" w:hAnsi="Arial"/>
          <w:i/>
          <w:color w:val="1A3A4A"/>
          <w:sz w:val="18"/>
        </w:rPr>
        <w:t xml:space="preserve">By signing below, I certify that the details provided are accurate and complete to the </w:t>
      </w:r>
      <w:r>
        <w:rPr>
          <w:rFonts w:ascii="Arial" w:hAnsi="Arial"/>
          <w:i/>
          <w:color w:val="1A3A4A"/>
          <w:sz w:val="18"/>
        </w:rPr>
        <w:t>best of my knowledge.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480"/>
        <w:gridCol w:w="3456"/>
      </w:tblGrid>
      <w:tr w:rsidR="00695F38">
        <w:trPr>
          <w:jc w:val="center"/>
        </w:trPr>
        <w:tc>
          <w:tcPr>
            <w:tcW w:w="6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b/>
                <w:color w:val="1A3A4A"/>
                <w:sz w:val="19"/>
              </w:rPr>
              <w:t>Volunteer Signature: ___________________________</w:t>
            </w:r>
          </w:p>
        </w:tc>
        <w:tc>
          <w:tcPr>
            <w:tcW w:w="3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95F38" w:rsidRDefault="00B36E90">
            <w:r>
              <w:rPr>
                <w:rFonts w:ascii="Arial" w:hAnsi="Arial"/>
                <w:b/>
                <w:color w:val="1A3A4A"/>
                <w:sz w:val="19"/>
              </w:rPr>
              <w:t>Date: ____________</w:t>
            </w:r>
          </w:p>
        </w:tc>
      </w:tr>
    </w:tbl>
    <w:p w:rsidR="00B36E90" w:rsidRDefault="00B36E90"/>
    <w:sectPr w:rsidR="00B36E90" w:rsidSect="00034616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E90" w:rsidRDefault="00B36E90" w:rsidP="00A2255E">
      <w:pPr>
        <w:spacing w:after="0" w:line="240" w:lineRule="auto"/>
      </w:pPr>
      <w:r>
        <w:separator/>
      </w:r>
    </w:p>
  </w:endnote>
  <w:endnote w:type="continuationSeparator" w:id="0">
    <w:p w:rsidR="00B36E90" w:rsidRDefault="00B36E90" w:rsidP="00A2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E90" w:rsidRDefault="00B36E90" w:rsidP="00A2255E">
      <w:pPr>
        <w:spacing w:after="0" w:line="240" w:lineRule="auto"/>
      </w:pPr>
      <w:r>
        <w:separator/>
      </w:r>
    </w:p>
  </w:footnote>
  <w:footnote w:type="continuationSeparator" w:id="0">
    <w:p w:rsidR="00B36E90" w:rsidRDefault="00B36E90" w:rsidP="00A2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55E" w:rsidRDefault="00A2255E" w:rsidP="00A2255E">
    <w:pPr>
      <w:pStyle w:val="Header"/>
      <w:jc w:val="center"/>
    </w:pPr>
    <w:r>
      <w:rPr>
        <w:noProof/>
      </w:rPr>
      <w:drawing>
        <wp:inline distT="0" distB="0" distL="0" distR="0">
          <wp:extent cx="5781675" cy="14369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nnectingwithumani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436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255E" w:rsidRDefault="00A225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5F38"/>
    <w:rsid w:val="00A2255E"/>
    <w:rsid w:val="00AA1D8D"/>
    <w:rsid w:val="00B36E9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1EE99251-56C6-4A1D-8F34-14C4DEE6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E270D3-DA38-453D-9F07-0C5CC02E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MY PC</cp:lastModifiedBy>
  <cp:revision>2</cp:revision>
  <dcterms:created xsi:type="dcterms:W3CDTF">2026-08-27T20:56:00Z</dcterms:created>
  <dcterms:modified xsi:type="dcterms:W3CDTF">2026-08-27T20:56:00Z</dcterms:modified>
  <cp:category/>
</cp:coreProperties>
</file>